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48" w:lineRule="auto"/>
        <w:jc w:val="center"/>
      </w:pPr>
      <w:r>
        <w:rPr>
          <w:rFonts w:ascii="Times New Roman" w:hAnsi="Times New Roman" w:eastAsia="Times New Roman"/>
          <w:b w:val="0"/>
          <w:sz w:val="28"/>
        </w:rPr>
        <w:t>ДОВЕРЕННОСТЬ № ______</w:t>
      </w:r>
    </w:p>
    <w:p>
      <w:pPr>
        <w:spacing w:after="120" w:before="0" w:line="348" w:lineRule="auto"/>
        <w:jc w:val="center"/>
      </w:pPr>
      <w:r>
        <w:rPr>
          <w:rFonts w:ascii="Times New Roman" w:hAnsi="Times New Roman" w:eastAsia="Times New Roman"/>
          <w:b/>
          <w:sz w:val="32"/>
        </w:rPr>
        <w:t>на получение товарно-материальных ценностей</w:t>
      </w:r>
    </w:p>
    <w:p>
      <w:pPr>
        <w:spacing w:after="240" w:before="0" w:line="348" w:lineRule="auto"/>
        <w:jc w:val="center"/>
      </w:pPr>
      <w:r>
        <w:rPr>
          <w:rFonts w:ascii="Times New Roman" w:hAnsi="Times New Roman" w:eastAsia="Times New Roman"/>
          <w:b w:val="0"/>
          <w:sz w:val="28"/>
        </w:rPr>
        <w:t>г. Москва          «____» ______________ 20____ г.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Организация / ИП __________________________________________________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ИНН ________________ ОГРН(ИП) 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адрес ______________________________________________________________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настоящей доверенностью уполномочивает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ФИО представителя _________________________________________________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паспорт: серия ______ № ____________, выдан 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дата выдачи ______________, код подразделения 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получить от TelefoneS (Москва, Московский проспект, 73) товар по счёту / накладной № ______________ от «____» ______________ 20____ г. и расписаться в получении.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rPr>
                <w:rFonts w:ascii="Times New Roman" w:hAnsi="Times New Roman" w:eastAsia="Times New Roman"/>
                <w:b w:val="0"/>
                <w:sz w:val="28"/>
              </w:rPr>
              <w:t>№</w:t>
            </w:r>
          </w:p>
        </w:tc>
        <w:tc>
          <w:tcPr>
            <w:tcW w:type="dxa" w:w="3230"/>
          </w:tcPr>
          <w:p>
            <w:r>
              <w:rPr>
                <w:rFonts w:ascii="Times New Roman" w:hAnsi="Times New Roman" w:eastAsia="Times New Roman"/>
                <w:b w:val="0"/>
                <w:sz w:val="28"/>
              </w:rPr>
              <w:t>Наименование</w:t>
            </w:r>
          </w:p>
        </w:tc>
        <w:tc>
          <w:tcPr>
            <w:tcW w:type="dxa" w:w="3230"/>
          </w:tcPr>
          <w:p>
            <w:r>
              <w:rPr>
                <w:rFonts w:ascii="Times New Roman" w:hAnsi="Times New Roman" w:eastAsia="Times New Roman"/>
                <w:b w:val="0"/>
                <w:sz w:val="28"/>
              </w:rPr>
              <w:t>Кол-во</w:t>
            </w:r>
          </w:p>
        </w:tc>
      </w:tr>
      <w:tr>
        <w:tc>
          <w:tcPr>
            <w:tcW w:type="dxa" w:w="3230"/>
          </w:tcPr>
          <w:p>
            <w:r>
              <w:rPr>
                <w:rFonts w:ascii="Times New Roman" w:hAnsi="Times New Roman" w:eastAsia="Times New Roman"/>
                <w:b w:val="0"/>
                <w:sz w:val="28"/>
              </w:rPr>
              <w:t>1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>
            <w:r>
              <w:rPr>
                <w:rFonts w:ascii="Times New Roman" w:hAnsi="Times New Roman" w:eastAsia="Times New Roman"/>
                <w:b w:val="0"/>
                <w:sz w:val="28"/>
              </w:rPr>
              <w:t>2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>
            <w:r>
              <w:rPr>
                <w:rFonts w:ascii="Times New Roman" w:hAnsi="Times New Roman" w:eastAsia="Times New Roman"/>
                <w:b w:val="0"/>
                <w:sz w:val="28"/>
              </w:rPr>
              <w:t>3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</w:tbl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Доверенность действительна до «____» ______________ 20____ г.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color w:val="444444"/>
          <w:sz w:val="22"/>
        </w:rPr>
        <w:t>Представитель организации предъявляет паспорт и эту доверенность (форма М-2 / М-2а или равнозначный документ). Для представителя ИП доверенность рекомендуется заверить нотариально. Продавец вправе снять копию паспорта с согласия предъявителя.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Подпись представителя _________________ удостоверяю.</w:t>
      </w:r>
    </w:p>
    <w:p>
      <w:pPr>
        <w:spacing w:before="240" w:after="120"/>
      </w:pPr>
      <w:r>
        <w:rPr>
          <w:rFonts w:ascii="Times New Roman" w:hAnsi="Times New Roman" w:eastAsia="Times New Roman"/>
          <w:b w:val="0"/>
          <w:sz w:val="28"/>
        </w:rPr>
        <w:t>Руководитель ______________</w:t>
      </w:r>
      <w:r>
        <w:rPr>
          <w:rFonts w:ascii="Times New Roman" w:hAnsi="Times New Roman" w:eastAsia="Times New Roman"/>
          <w:b w:val="0"/>
          <w:sz w:val="28"/>
        </w:rPr>
        <w:tab/>
        <w:tab/>
      </w:r>
      <w:r>
        <w:rPr>
          <w:rFonts w:ascii="Times New Roman" w:hAnsi="Times New Roman" w:eastAsia="Times New Roman"/>
          <w:b w:val="0"/>
          <w:sz w:val="28"/>
        </w:rPr>
        <w:t>Главный бухгалтер 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М.П. (при наличии печати)</w:t>
      </w:r>
    </w:p>
    <w:p>
      <w:pPr>
        <w:spacing w:after="0" w:before="0" w:line="348" w:lineRule="auto"/>
        <w:jc w:val="left"/>
      </w:pPr>
      <w:r>
        <w:rPr>
          <w:rFonts w:ascii="Times New Roman" w:hAnsi="Times New Roman" w:eastAsia="Times New Roman"/>
          <w:b w:val="0"/>
          <w:color w:val="444444"/>
          <w:sz w:val="22"/>
        </w:rPr>
        <w:t>Шаблон TelefoneS. Заполните поля и распечатайте. Вопросы: TelefoneSspb@mail.ru, +7 (812) 953-26-66.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